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ברמה העולמית – מדדי פיתוח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מדדי פיתוח כלכליים, דמוגרפיים, חברתיים ותשתיתיים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מדד ה-HDI ואת מגבלותיו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מדדים וחשיבה ביקורתית על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הכנסה, השכלה ותוחלת חיים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ערך הייצור והשירותים חלקי מספר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שיעור ילודה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תמ"ג גבוה לצד פערים עצומים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תת מפותחות, פחות מפותחות, מתפתחות, מפותחות ומאוד מפותחות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האו"ם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יכולים להיות פערים עצומים בתוך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להסתכל על כמה מדדים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צוין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מדד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(מדד 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(מדד דמוגרפי)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(מדד חברה ורווחה)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(מדד תשתיות)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(מדד תשתיות)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מהימנות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מאוד מפותחות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צריכה להתייחס להכנסה, השכלה, בריאות או תשתיות ולהסתמך על מה שנלמד על HDI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יש לדרוש התייחסות לפחות לשני מדדים שונים (למשל תמ"ג מול חופש או שוויון) ולא רק לתמ"ג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הכנסה, השכלה ותוחלת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תמ"ג לנפש שאינו מראה פערים פנימיים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לכל מדד יש חולשות, ומדד בודד עלול להטעות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איך הייתם בודקים אם מדינה 'מפותחת'? ואז לחבר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הדילמה של מדינות הנפט כדוגמה לביקורת על מדד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ולבקש נימוק מבוסס על שני מדדים לפחות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ברמה העולמית – מדדי פיתוח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בודקים אם מדינה מפותחת. נכיר מדדים שונים כמו תמ"ג לנפש ו-HDI, ונבין שלכל מדד יש חוזק וחולשה.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 פיתוח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למדידת רמת ההתפתחות של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תמ"ג לנפש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הייצור והשירותים חלקי מספר התושבים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HDI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משולב של הכנסה, השכלה ותוחלת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תוחלת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השנים הממוצע שאדם צפוי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פיתוח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דירוג מדינה לפי מכלול מדדים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שיעור ילודה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הלידות ביחס לאוכלוסייה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מהימנות 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אמינות הנתונים לפני הסקת מסקנות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 HDI?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הכנסה, השכלה ותוחלת 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מספר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מחשבים תמ"ג לנפש?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הייצור והשירותים חלקי מספר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התושבים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הנפט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יודעי קרוא וכתוב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מדד קשור לאוכלוסייה?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תמ"ג לנפש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מינוע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במדינות נפט עשירות?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תמ"ג גבוה לצד פערים עצומים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תמ"ג נמוך ושוויון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תוחלת חיים הגבוהה בעולם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היעדר מוחלט של 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מחלקים מדינות לפי רמת פיתוח?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מפותחות ולא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תת מפותחות, פחות מפותחות, מתפתחות, מפותחות ומאוד מפותחות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עשירות ועניות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צפון ודרום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אחראי על מדד HDI?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בנק מסחרי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HDI הוא מדד משולב הכולל הכנסה, השכלה ותוחלת 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תמ"ג לנפש גבוה מבטיח תמיד חיים טובים לכל תושבי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בתוך מדינה מפותחת יכולים להיות אזורים עניים.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להסיק על רמת פיתוח של מדינה מספיק להסתכל על מדד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שווייץ ונורווגיה מופיעות בדרך כלל בראש דירוג ה-HDI.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מדד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תמ"ג לנפש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מדד תשתיות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תוחלת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מדד חברה ורווחה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יודעי קרוא וכתוב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מדד תשתיות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נגישות לאינטרנט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מדד 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רמת מינוע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מדד דמוגרפי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תמ"ג לנפש הוא ערך כל הייצור והשירותים חלקי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המדד הידוע ביותר לרמת פיתוח נקרא אינדקס הפיתוח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HDI כולל שלושה רכיבים: הכנסה, השכלה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שמסיקים מסקנות ממדד יש לבדוק את __________ של המקור.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מדינות העולם מחולקות לרצף רמות פיתוח, מ'תת מפותחות' ועד '__________'.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בדמיונכם בין מדינה מהעשירה הראשונה במדד ה-HDI למדינה מהסוף: כתבו שני הבדלים אפשריים בחיי היומיום של התושבים.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מדינה עשירה בנפט מציגה תמ"ג לנפש גבוה מאוד, אך מחצית מאזרחיה חיים בעוני ואין בה בחירות חופשיות. לדעתכם, האם היא 'מדינה מפותחת'?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המרכיבים של מדד ה-HDI?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למדד שאינו מספר את כל הסיפור על מצב המדינה.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כמה מדדים יחד ולא להסתפק במדד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 שוויון ברמה העולמית – מדדי פיתוח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