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ברמה העולמית – מדדי פיתוח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מדדי פיתוח כלכליים, דמוגרפיים, חברתיים ותשתיתיים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מדד ה-HDI ואת מגבלותיו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מדדים וחשיבה ביקורתית על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הכנסה, השכלה ותוחלת חיים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ערך הייצור והשירותים חלקי מספר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שיעור ילודה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יכולים להיות פערים עצומים בתוך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מדד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(מדד 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(מדד דמוגרפי)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(מדד חברה ורווחה)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(מדד תשתיות)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הכנסה, השכלה ותוחלת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תמ"ג לנפש שאינו מראה פערים פנימיים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לכל מדד יש חולשות, ומדד בודד עלול להטעות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איך הייתם בודקים אם מדינה 'מפותחת'? ואז לחבר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הדילמה של מדינות הנפט כדוגמה לביקורת על מדד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ולבקש נימוק מבוסס על שני מדדים לפחות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ברמה העולמית – מדדי פיתוח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כיצד גיאוגרפים וכלכלנים מודדים את רמת הפיתוח של מדינות, נכיר את מדד ה-HDI ונבין מדוע לכל מדד יש גם חולשות.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האנושי  ·  מספר התושבים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מודד אינדקס הפיתוח האנושי (HDI)?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הכנסה, השכלה ותוחלת 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מספר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תמ"ג לנפש מחושב לפי...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ערך הייצור והשירותים חלקי מספר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התושבים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כמות הנפט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מהבאים הוא מדד 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שיעור 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תמ"ג לנפש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נגישות לאינטרנט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HDI הוא מדד משולב הכולל הכנסה, השכלה ותוחלת 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תמ"ג לנפש גבוה מבטיח תמיד חיים טובים לכל תושבי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מדד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תמ"ג לנפש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מדד חברה ורווחה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תוחלת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מדד תשתיות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 יודעי קרוא וכתוב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מדד 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נגישות לאינטרנט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מדד דמוגרפי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תמ"ג לנפש הוא ערך כל הייצור והשירותים חלקי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המדד הידוע ביותר לרמת פיתוח נקרא אינדקס הפיתוח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המרכיבים של מדד ה-HDI?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למדד שאינו מספר את כל הסיפור על מצב המדינה.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 שוויון ברמה העולמית – מדדי פיתוח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